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1961" w:rsidRPr="00586535" w:rsidRDefault="00625A30">
      <w:pPr>
        <w:jc w:val="center"/>
        <w:rPr>
          <w:sz w:val="22"/>
        </w:rPr>
      </w:pPr>
      <w:r w:rsidRPr="00586535">
        <w:rPr>
          <w:b/>
          <w:sz w:val="28"/>
        </w:rPr>
        <w:t xml:space="preserve">NỘI QUY </w:t>
      </w:r>
      <w:r w:rsidR="00FC01AD">
        <w:rPr>
          <w:b/>
          <w:sz w:val="28"/>
        </w:rPr>
        <w:t>QUẢN LÝ CƠ SỞ VẬT CHẤT</w:t>
      </w:r>
      <w:r w:rsidR="00586535" w:rsidRPr="00586535">
        <w:rPr>
          <w:b/>
          <w:sz w:val="28"/>
        </w:rPr>
        <w:t xml:space="preserve"> </w:t>
      </w:r>
      <w:r w:rsidRPr="00586535">
        <w:rPr>
          <w:b/>
          <w:sz w:val="28"/>
        </w:rPr>
        <w:t>PHÒNG HỌC</w:t>
      </w:r>
      <w:r w:rsidR="00FC01AD">
        <w:rPr>
          <w:b/>
          <w:sz w:val="28"/>
        </w:rPr>
        <w:t>, GIẢNG ĐƯỜNG</w:t>
      </w:r>
    </w:p>
    <w:p w:rsidR="00681961" w:rsidRDefault="00625A30" w:rsidP="00586535">
      <w:pPr>
        <w:spacing w:after="60" w:line="360" w:lineRule="auto"/>
        <w:ind w:firstLine="851"/>
        <w:jc w:val="both"/>
      </w:pPr>
      <w:r>
        <w:rPr>
          <w:b/>
        </w:rPr>
        <w:t xml:space="preserve">1. </w:t>
      </w:r>
      <w:r w:rsidR="00586535">
        <w:t>Cán bộ quản lý giảng đường thực hiện mở cửa phòng học theo lịch học, lịch thi chậm nhất 10 phút trước khi bắt đầu và</w:t>
      </w:r>
      <w:r w:rsidR="00FC01AD">
        <w:t>o học/thi; kiểm tra tài sản,</w:t>
      </w:r>
      <w:r w:rsidR="00586535">
        <w:t xml:space="preserve"> các thiết bị</w:t>
      </w:r>
      <w:r w:rsidR="00FC01AD">
        <w:t xml:space="preserve"> điện, khóa cửa chậm nhất sau 15</w:t>
      </w:r>
      <w:r w:rsidR="00586535">
        <w:t xml:space="preserve"> phút sau khi kết thúc học/thi.</w:t>
      </w:r>
    </w:p>
    <w:p w:rsidR="00681961" w:rsidRDefault="00FC01AD" w:rsidP="00625A30">
      <w:pPr>
        <w:spacing w:after="60" w:line="360" w:lineRule="auto"/>
        <w:ind w:firstLine="851"/>
        <w:jc w:val="both"/>
      </w:pPr>
      <w:r>
        <w:rPr>
          <w:b/>
        </w:rPr>
        <w:t>2</w:t>
      </w:r>
      <w:r w:rsidR="00625A30">
        <w:rPr>
          <w:b/>
        </w:rPr>
        <w:t xml:space="preserve">. </w:t>
      </w:r>
      <w:r w:rsidR="00586535">
        <w:rPr>
          <w:rStyle w:val="fontstyle01"/>
        </w:rPr>
        <w:t>Giảng viên, sinh viên, học viên</w:t>
      </w:r>
      <w:r>
        <w:rPr>
          <w:rStyle w:val="fontstyle01"/>
        </w:rPr>
        <w:t>,</w:t>
      </w:r>
      <w:r w:rsidR="00586535">
        <w:rPr>
          <w:rStyle w:val="fontstyle01"/>
        </w:rPr>
        <w:t xml:space="preserve"> khai thác, sử dụng, bật, tắt các thiết bị hỗ trợ dạy học đúng quy trình</w:t>
      </w:r>
      <w:r w:rsidR="00273B74">
        <w:rPr>
          <w:rStyle w:val="fontstyle01"/>
        </w:rPr>
        <w:t>, tắt hết các thiết bị điện trong phòng học/thi trước khi ra khỏi phòng</w:t>
      </w:r>
      <w:bookmarkStart w:id="0" w:name="_GoBack"/>
      <w:bookmarkEnd w:id="0"/>
      <w:r w:rsidR="00586535">
        <w:rPr>
          <w:rStyle w:val="fontstyle01"/>
        </w:rPr>
        <w:t>; thực hiện tiết kiệm điện, nước, tận dụng tối đa ánh sáng tự nhiên</w:t>
      </w:r>
      <w:r w:rsidR="00625A30">
        <w:t>.</w:t>
      </w:r>
    </w:p>
    <w:p w:rsidR="00586535" w:rsidRDefault="00FC01AD" w:rsidP="00625A30">
      <w:pPr>
        <w:spacing w:after="60" w:line="360" w:lineRule="auto"/>
        <w:ind w:firstLine="851"/>
        <w:jc w:val="both"/>
      </w:pPr>
      <w:r>
        <w:rPr>
          <w:b/>
        </w:rPr>
        <w:t>3</w:t>
      </w:r>
      <w:r w:rsidR="00625A30">
        <w:rPr>
          <w:b/>
        </w:rPr>
        <w:t xml:space="preserve">. </w:t>
      </w:r>
      <w:r w:rsidR="00586535">
        <w:rPr>
          <w:rStyle w:val="fontstyle01"/>
        </w:rPr>
        <w:t>Không được mang và sử dụng đồ ăn, hút thuốc trong trong phòng học/phòng thi; giữ gìn vệ sinh môi trường chung, bỏ rác đúng nơi quy định; không viết, vẽ lên tường, bàn ghế và trang thiết bị khác trong phòng học, khu vực giảng đường; không tự ý di chuyển bàn ghế, tài sản ra khỏi phòng học, chỉ được thay đổi cách sắp xếp trong phòng học để phục vụ học nhóm, sinh hoạt ngoại khóa nếu được sự đồng ý của giảng viên, sau buổi học phải sắp xếp lại như ban đầu.</w:t>
      </w:r>
      <w:r w:rsidR="00586535">
        <w:t xml:space="preserve"> </w:t>
      </w:r>
    </w:p>
    <w:p w:rsidR="00681961" w:rsidRDefault="00FC01AD" w:rsidP="00586535">
      <w:pPr>
        <w:spacing w:after="60" w:line="360" w:lineRule="auto"/>
        <w:ind w:firstLine="851"/>
        <w:jc w:val="both"/>
      </w:pPr>
      <w:r>
        <w:rPr>
          <w:b/>
        </w:rPr>
        <w:t>4</w:t>
      </w:r>
      <w:r w:rsidR="00625A30">
        <w:rPr>
          <w:b/>
        </w:rPr>
        <w:t xml:space="preserve">. </w:t>
      </w:r>
      <w:r w:rsidR="00586535">
        <w:rPr>
          <w:rStyle w:val="fontstyle01"/>
        </w:rPr>
        <w:t>Nghiêm cấm mang chất dễ cháy, nổ, chất độc hại và các loại hung khí, vũ khí và công cụ hỗ trợ vào trường.</w:t>
      </w:r>
    </w:p>
    <w:p w:rsidR="00586535" w:rsidRDefault="00FC01AD" w:rsidP="00625A30">
      <w:pPr>
        <w:spacing w:after="60" w:line="360" w:lineRule="auto"/>
        <w:ind w:firstLine="851"/>
        <w:jc w:val="both"/>
      </w:pPr>
      <w:r>
        <w:rPr>
          <w:b/>
        </w:rPr>
        <w:t>5</w:t>
      </w:r>
      <w:r w:rsidR="00625A30">
        <w:rPr>
          <w:b/>
        </w:rPr>
        <w:t xml:space="preserve">. </w:t>
      </w:r>
      <w:r w:rsidR="00586535">
        <w:rPr>
          <w:rStyle w:val="fontstyle01"/>
        </w:rPr>
        <w:t>Giảng viên, sinh viên, học viên và tổ chức/cá nhân có nhu cầu sử dụng phòng học, giảng đường ngoài lịch theo thời khóa biểu phải đăng ký phòng học trên hệ thống hoặc</w:t>
      </w:r>
      <w:r>
        <w:rPr>
          <w:rStyle w:val="fontstyle01"/>
        </w:rPr>
        <w:t xml:space="preserve"> có</w:t>
      </w:r>
      <w:r w:rsidR="00586535">
        <w:rPr>
          <w:rStyle w:val="fontstyle01"/>
        </w:rPr>
        <w:t xml:space="preserve"> đề nghị</w:t>
      </w:r>
      <w:r>
        <w:rPr>
          <w:rStyle w:val="fontstyle01"/>
        </w:rPr>
        <w:t xml:space="preserve"> được duyệt của lãnh đạo đơn vị</w:t>
      </w:r>
      <w:r w:rsidR="00586535">
        <w:rPr>
          <w:rStyle w:val="fontstyle01"/>
        </w:rPr>
        <w:t>, khi được sự đồng ý của lãnh đạo Nhà trường phải chấp hành đúng các nội quy, quy định của Nhà trường khi sử dụng phòng học, giảng đường</w:t>
      </w:r>
      <w:r w:rsidR="00586535">
        <w:t xml:space="preserve"> </w:t>
      </w:r>
    </w:p>
    <w:p w:rsidR="00681961" w:rsidRDefault="00FC01AD" w:rsidP="00586535">
      <w:pPr>
        <w:spacing w:after="60" w:line="360" w:lineRule="auto"/>
        <w:ind w:firstLine="851"/>
        <w:jc w:val="both"/>
      </w:pPr>
      <w:r>
        <w:rPr>
          <w:b/>
        </w:rPr>
        <w:t>6</w:t>
      </w:r>
      <w:r w:rsidR="00625A30">
        <w:rPr>
          <w:b/>
        </w:rPr>
        <w:t xml:space="preserve">. </w:t>
      </w:r>
      <w:r w:rsidR="00586535">
        <w:rPr>
          <w:rStyle w:val="fontstyle01"/>
        </w:rPr>
        <w:t>Giảng viên, sinh viên, học viên phải nghiêm chỉnh chấp hành Nội quy này. Mọi trường hợp vi phạm, tùy theo mức độ sẽ bị xử lý theo quy định hiện hành./.</w:t>
      </w:r>
    </w:p>
    <w:p w:rsidR="00681961" w:rsidRDefault="00681961">
      <w:pPr>
        <w:spacing w:before="160"/>
        <w:jc w:val="center"/>
      </w:pPr>
    </w:p>
    <w:sectPr w:rsidR="00681961" w:rsidSect="00034616">
      <w:pgSz w:w="12240" w:h="15840"/>
      <w:pgMar w:top="907" w:right="1020" w:bottom="907" w:left="10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1345A"/>
    <w:rsid w:val="00034616"/>
    <w:rsid w:val="0006063C"/>
    <w:rsid w:val="0015074B"/>
    <w:rsid w:val="00273B74"/>
    <w:rsid w:val="0029639D"/>
    <w:rsid w:val="00326F90"/>
    <w:rsid w:val="00586535"/>
    <w:rsid w:val="00625A30"/>
    <w:rsid w:val="00681961"/>
    <w:rsid w:val="00AA1D8D"/>
    <w:rsid w:val="00B47730"/>
    <w:rsid w:val="00CB0664"/>
    <w:rsid w:val="00FC01A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44DCEC4"/>
  <w14:defaultImageDpi w14:val="300"/>
  <w15:docId w15:val="{60DC43DF-5C94-40E7-8B77-FF9B6CCE4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Times New Roman" w:eastAsia="Times New Roman" w:hAnsi="Times New Roman"/>
      <w:sz w:val="26"/>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fontstyle01">
    <w:name w:val="fontstyle01"/>
    <w:basedOn w:val="DefaultParagraphFont"/>
    <w:rsid w:val="00586535"/>
    <w:rPr>
      <w:rFonts w:ascii="Times New Roman" w:hAnsi="Times New Roman" w:cs="Times New Roman"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9EC49D-2A06-4A2F-BA8A-935628C14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238</Words>
  <Characters>1360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WIN10-1903</cp:lastModifiedBy>
  <cp:revision>3</cp:revision>
  <dcterms:created xsi:type="dcterms:W3CDTF">2026-09-09T09:54:00Z</dcterms:created>
  <dcterms:modified xsi:type="dcterms:W3CDTF">2026-09-09T09:58:00Z</dcterms:modified>
  <cp:category/>
</cp:coreProperties>
</file>